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0CFE" w14:textId="77777777" w:rsidR="00710F31" w:rsidRDefault="00000000">
      <w:pPr>
        <w:jc w:val="center"/>
      </w:pPr>
      <w:r>
        <w:rPr>
          <w:b/>
          <w:sz w:val="42"/>
        </w:rPr>
        <w:t>Signatory Commitment</w:t>
      </w:r>
    </w:p>
    <w:p w14:paraId="5C901B67" w14:textId="77777777" w:rsidR="00710F31" w:rsidRDefault="00000000">
      <w:pPr>
        <w:jc w:val="center"/>
      </w:pPr>
      <w:r>
        <w:rPr>
          <w:i/>
        </w:rPr>
        <w:t>Consensus Statement on Workplace Health in the Creative Industries</w:t>
      </w:r>
    </w:p>
    <w:p w14:paraId="1F7821ED" w14:textId="77777777" w:rsidR="00710F31" w:rsidRDefault="00000000">
      <w:pPr>
        <w:jc w:val="center"/>
      </w:pPr>
      <w:r>
        <w:rPr>
          <w:i/>
        </w:rPr>
        <w:t>Draft launch material | August 2026</w:t>
      </w:r>
    </w:p>
    <w:p w14:paraId="5EBA53F8" w14:textId="77777777" w:rsidR="00710F31" w:rsidRDefault="00000000">
      <w:pPr>
        <w:pStyle w:val="Heading1"/>
      </w:pPr>
      <w:r>
        <w:t>Our commitment</w:t>
      </w:r>
    </w:p>
    <w:p w14:paraId="2D3426E3" w14:textId="77777777" w:rsidR="00710F31" w:rsidRDefault="00000000">
      <w:r>
        <w:t>We support the Consensus Statement on Workplace Health in the Creative Industries.</w:t>
      </w:r>
    </w:p>
    <w:p w14:paraId="44C4AB7B" w14:textId="77777777" w:rsidR="00710F31" w:rsidRDefault="00000000">
      <w:r>
        <w:t>We recognise that healthy creative careers are fundamental to a healthy, sustainable and successful Creative Industries.</w:t>
      </w:r>
    </w:p>
    <w:p w14:paraId="47F35F6E" w14:textId="77777777" w:rsidR="00710F31" w:rsidRDefault="00000000">
      <w:r>
        <w:t>We commit to taking at least one practical action, proportionate to our role, resources and workforce, to improve workplace health.</w:t>
      </w:r>
    </w:p>
    <w:p w14:paraId="5EA0DF51" w14:textId="26DE6CBE" w:rsidR="00710F31" w:rsidRDefault="00000000">
      <w:pPr>
        <w:pStyle w:val="Heading1"/>
      </w:pPr>
      <w:r>
        <w:t>Our first action</w:t>
      </w:r>
      <w:r w:rsidR="00355D36">
        <w:t xml:space="preserve"> to support the ambition of the consensus is….</w:t>
      </w:r>
    </w:p>
    <w:p w14:paraId="6681B308" w14:textId="77777777" w:rsidR="00F622A6" w:rsidRPr="00F622A6" w:rsidRDefault="00F622A6" w:rsidP="00F622A6"/>
    <w:p w14:paraId="0C1E6A6F" w14:textId="77777777" w:rsidR="00355D36" w:rsidRDefault="00355D36"/>
    <w:p w14:paraId="5E15FF53" w14:textId="77777777" w:rsidR="00355D36" w:rsidRDefault="00355D36"/>
    <w:p w14:paraId="12A3B3BB" w14:textId="77777777" w:rsidR="00355D36" w:rsidRDefault="00355D36"/>
    <w:p w14:paraId="11EF0C95" w14:textId="77777777" w:rsidR="00355D36" w:rsidRDefault="00355D36"/>
    <w:p w14:paraId="30A489C3" w14:textId="77777777" w:rsidR="00355D36" w:rsidRDefault="00355D36"/>
    <w:p w14:paraId="5CA416E4" w14:textId="1AC27238" w:rsidR="00710F31" w:rsidRDefault="00000000">
      <w:r>
        <w:t>Organisation/role: ____________________________________</w:t>
      </w:r>
    </w:p>
    <w:p w14:paraId="1E0F1B52" w14:textId="77777777" w:rsidR="00710F31" w:rsidRDefault="00000000">
      <w:r>
        <w:t>Named lead/contact: __________________________________</w:t>
      </w:r>
    </w:p>
    <w:p w14:paraId="7DDCFD87" w14:textId="77777777" w:rsidR="00710F31" w:rsidRDefault="00000000">
      <w:r>
        <w:t>Date: _________________________________________________</w:t>
      </w:r>
    </w:p>
    <w:sectPr w:rsidR="00710F31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0982665">
    <w:abstractNumId w:val="8"/>
  </w:num>
  <w:num w:numId="2" w16cid:durableId="1894347197">
    <w:abstractNumId w:val="6"/>
  </w:num>
  <w:num w:numId="3" w16cid:durableId="1245145999">
    <w:abstractNumId w:val="5"/>
  </w:num>
  <w:num w:numId="4" w16cid:durableId="1137381440">
    <w:abstractNumId w:val="4"/>
  </w:num>
  <w:num w:numId="5" w16cid:durableId="778569921">
    <w:abstractNumId w:val="7"/>
  </w:num>
  <w:num w:numId="6" w16cid:durableId="886068113">
    <w:abstractNumId w:val="3"/>
  </w:num>
  <w:num w:numId="7" w16cid:durableId="744112593">
    <w:abstractNumId w:val="2"/>
  </w:num>
  <w:num w:numId="8" w16cid:durableId="1851601653">
    <w:abstractNumId w:val="1"/>
  </w:num>
  <w:num w:numId="9" w16cid:durableId="29676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944"/>
    <w:rsid w:val="00034616"/>
    <w:rsid w:val="0006063C"/>
    <w:rsid w:val="0015074B"/>
    <w:rsid w:val="0029639D"/>
    <w:rsid w:val="00326F90"/>
    <w:rsid w:val="00355D36"/>
    <w:rsid w:val="00710F31"/>
    <w:rsid w:val="00AA1D8D"/>
    <w:rsid w:val="00B47730"/>
    <w:rsid w:val="00CB0664"/>
    <w:rsid w:val="00F622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8A6D7FE-65D8-4BAA-BCA0-C364EB54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278c30-91a8-4c31-8c1f-ef4de8973a1c}" enabled="0" method="" siteId="{61278c30-91a8-4c31-8c1f-ef4de8973a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638</Characters>
  <Application>Microsoft Office Word</Application>
  <DocSecurity>0</DocSecurity>
  <Lines>13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Varney-Bennett, Justin</cp:lastModifiedBy>
  <cp:revision>3</cp:revision>
  <dcterms:created xsi:type="dcterms:W3CDTF">2013-12-23T23:15:00Z</dcterms:created>
  <dcterms:modified xsi:type="dcterms:W3CDTF">2026-08-20T08:32:00Z</dcterms:modified>
  <cp:category/>
</cp:coreProperties>
</file>